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7E089" w14:textId="77777777" w:rsidR="008F176D" w:rsidRDefault="0010775A">
      <w:pPr>
        <w:keepNext/>
        <w:spacing w:before="100" w:after="20" w:line="240" w:lineRule="auto"/>
      </w:pPr>
      <w:r>
        <w:rPr>
          <w:b/>
          <w:color w:val="522D80"/>
          <w:sz w:val="40"/>
        </w:rPr>
        <w:t>CITI Single Sign-On (SSO): Link Your Existing Account</w:t>
      </w:r>
    </w:p>
    <w:p w14:paraId="198DDF48" w14:textId="77777777" w:rsidR="008F176D" w:rsidRDefault="0010775A">
      <w:pPr>
        <w:keepNext/>
        <w:spacing w:after="120" w:line="240" w:lineRule="auto"/>
      </w:pPr>
      <w:r>
        <w:rPr>
          <w:b/>
          <w:color w:val="F56600"/>
        </w:rPr>
        <w:t>For Clemson University faculty, staff, and students who previously used a CITI username/password or personal email</w:t>
      </w:r>
    </w:p>
    <w:tbl>
      <w:tblPr>
        <w:tblW w:w="0" w:type="auto"/>
        <w:jc w:val="center"/>
        <w:tblLook w:val="04A0" w:firstRow="1" w:lastRow="0" w:firstColumn="1" w:lastColumn="0" w:noHBand="0" w:noVBand="1"/>
      </w:tblPr>
      <w:tblGrid>
        <w:gridCol w:w="10492"/>
      </w:tblGrid>
      <w:tr w:rsidR="008F176D" w14:paraId="226468EF" w14:textId="77777777">
        <w:trPr>
          <w:cantSplit/>
          <w:jc w:val="center"/>
        </w:trPr>
        <w:tc>
          <w:tcPr>
            <w:tcW w:w="10512" w:type="dxa"/>
            <w:tcBorders>
              <w:top w:val="single" w:sz="8" w:space="0" w:color="522D80"/>
              <w:left w:val="single" w:sz="8" w:space="0" w:color="522D80"/>
              <w:bottom w:val="single" w:sz="8" w:space="0" w:color="522D80"/>
              <w:right w:val="single" w:sz="8" w:space="0" w:color="522D80"/>
            </w:tcBorders>
            <w:shd w:val="clear" w:color="auto" w:fill="EEE8F3"/>
            <w:tcMar>
              <w:top w:w="105" w:type="dxa"/>
              <w:left w:w="130" w:type="dxa"/>
              <w:bottom w:w="105" w:type="dxa"/>
              <w:right w:w="130" w:type="dxa"/>
            </w:tcMar>
          </w:tcPr>
          <w:p w14:paraId="72BB9C34" w14:textId="77777777" w:rsidR="008F176D" w:rsidRDefault="0010775A">
            <w:pPr>
              <w:spacing w:after="40" w:line="259" w:lineRule="auto"/>
            </w:pPr>
            <w:r>
              <w:rPr>
                <w:b/>
                <w:color w:val="522D80"/>
                <w:sz w:val="19"/>
              </w:rPr>
              <w:t xml:space="preserve">Why this matters. </w:t>
            </w:r>
            <w:r>
              <w:rPr>
                <w:sz w:val="19"/>
              </w:rPr>
              <w:t>Clemson uses CITI SSO and integrates CITI training records with InfoEd. Link your existing CITI account during your first Clemson SSO login so your prior training remains connected to your Clemson identity.</w:t>
            </w:r>
          </w:p>
        </w:tc>
      </w:tr>
    </w:tbl>
    <w:p w14:paraId="011A5DFD" w14:textId="77777777" w:rsidR="008F176D" w:rsidRDefault="008F176D">
      <w:pPr>
        <w:spacing w:before="100" w:after="100" w:line="252" w:lineRule="auto"/>
      </w:pPr>
    </w:p>
    <w:tbl>
      <w:tblPr>
        <w:tblW w:w="0" w:type="auto"/>
        <w:jc w:val="center"/>
        <w:tblLayout w:type="fixed"/>
        <w:tblLook w:val="04A0" w:firstRow="1" w:lastRow="0" w:firstColumn="1" w:lastColumn="0" w:noHBand="0" w:noVBand="1"/>
      </w:tblPr>
      <w:tblGrid>
        <w:gridCol w:w="5256"/>
        <w:gridCol w:w="5256"/>
      </w:tblGrid>
      <w:tr w:rsidR="008F176D" w14:paraId="711DDC91" w14:textId="77777777">
        <w:trPr>
          <w:cantSplit/>
          <w:jc w:val="center"/>
        </w:trPr>
        <w:tc>
          <w:tcPr>
            <w:tcW w:w="5256" w:type="dxa"/>
            <w:tcBorders>
              <w:top w:val="single" w:sz="8" w:space="0" w:color="F56600"/>
              <w:left w:val="single" w:sz="8" w:space="0" w:color="F56600"/>
              <w:bottom w:val="single" w:sz="8" w:space="0" w:color="F56600"/>
              <w:right w:val="single" w:sz="8" w:space="0" w:color="F56600"/>
            </w:tcBorders>
            <w:shd w:val="clear" w:color="auto" w:fill="F56600"/>
            <w:tcMar>
              <w:top w:w="85" w:type="dxa"/>
              <w:left w:w="95" w:type="dxa"/>
              <w:bottom w:w="85" w:type="dxa"/>
              <w:right w:w="95" w:type="dxa"/>
            </w:tcMar>
          </w:tcPr>
          <w:p w14:paraId="6B94591F" w14:textId="77777777" w:rsidR="008F176D" w:rsidRDefault="0010775A">
            <w:pPr>
              <w:spacing w:after="0" w:line="252" w:lineRule="auto"/>
              <w:jc w:val="center"/>
            </w:pPr>
            <w:r>
              <w:rPr>
                <w:b/>
                <w:color w:val="FFFFFF"/>
                <w:sz w:val="16"/>
              </w:rPr>
              <w:t>IMPORTANT</w:t>
            </w:r>
          </w:p>
        </w:tc>
        <w:tc>
          <w:tcPr>
            <w:tcW w:w="5256" w:type="dxa"/>
            <w:tcBorders>
              <w:top w:val="single" w:sz="8" w:space="0" w:color="F56600"/>
              <w:left w:val="single" w:sz="8" w:space="0" w:color="F56600"/>
              <w:bottom w:val="single" w:sz="8" w:space="0" w:color="F56600"/>
              <w:right w:val="single" w:sz="8" w:space="0" w:color="F56600"/>
            </w:tcBorders>
            <w:shd w:val="clear" w:color="auto" w:fill="FDE9D6"/>
            <w:tcMar>
              <w:top w:w="85" w:type="dxa"/>
              <w:left w:w="95" w:type="dxa"/>
              <w:bottom w:w="85" w:type="dxa"/>
              <w:right w:w="95" w:type="dxa"/>
            </w:tcMar>
          </w:tcPr>
          <w:p w14:paraId="352BEC88" w14:textId="77777777" w:rsidR="008F176D" w:rsidRDefault="0010775A">
            <w:pPr>
              <w:spacing w:after="0" w:line="252" w:lineRule="auto"/>
            </w:pPr>
            <w:r>
              <w:rPr>
                <w:b/>
                <w:sz w:val="18"/>
              </w:rPr>
              <w:t>Do not create a second CITI account if you already have one. Choose “I already have a CITI Program account” when prompted.</w:t>
            </w:r>
          </w:p>
        </w:tc>
      </w:tr>
    </w:tbl>
    <w:p w14:paraId="21A3AB9A" w14:textId="77777777" w:rsidR="008F176D" w:rsidRDefault="0010775A">
      <w:pPr>
        <w:keepNext/>
        <w:spacing w:before="60" w:after="60" w:line="240" w:lineRule="auto"/>
      </w:pPr>
      <w:r>
        <w:rPr>
          <w:b/>
          <w:color w:val="522D80"/>
          <w:sz w:val="23"/>
        </w:rPr>
        <w:t>Before you begin</w:t>
      </w:r>
    </w:p>
    <w:tbl>
      <w:tblPr>
        <w:tblW w:w="0" w:type="auto"/>
        <w:jc w:val="center"/>
        <w:tblLayout w:type="fixed"/>
        <w:tblLook w:val="04A0" w:firstRow="1" w:lastRow="0" w:firstColumn="1" w:lastColumn="0" w:noHBand="0" w:noVBand="1"/>
      </w:tblPr>
      <w:tblGrid>
        <w:gridCol w:w="5256"/>
        <w:gridCol w:w="5256"/>
      </w:tblGrid>
      <w:tr w:rsidR="008F176D" w14:paraId="1C86D68E" w14:textId="77777777">
        <w:trPr>
          <w:cantSplit/>
          <w:jc w:val="center"/>
        </w:trPr>
        <w:tc>
          <w:tcPr>
            <w:tcW w:w="5256" w:type="dxa"/>
            <w:tcBorders>
              <w:top w:val="nil"/>
              <w:left w:val="nil"/>
              <w:bottom w:val="nil"/>
              <w:right w:val="nil"/>
            </w:tcBorders>
            <w:tcMar>
              <w:top w:w="45" w:type="dxa"/>
              <w:left w:w="55" w:type="dxa"/>
              <w:bottom w:w="45" w:type="dxa"/>
              <w:right w:w="55" w:type="dxa"/>
            </w:tcMar>
          </w:tcPr>
          <w:p w14:paraId="1EFAEF6A" w14:textId="77777777" w:rsidR="008F176D" w:rsidRDefault="0010775A">
            <w:pPr>
              <w:spacing w:after="0" w:line="252" w:lineRule="auto"/>
              <w:jc w:val="center"/>
            </w:pPr>
            <w:r>
              <w:rPr>
                <w:b/>
                <w:color w:val="F56600"/>
                <w:sz w:val="21"/>
              </w:rPr>
              <w:t>✓</w:t>
            </w:r>
          </w:p>
        </w:tc>
        <w:tc>
          <w:tcPr>
            <w:tcW w:w="5256" w:type="dxa"/>
            <w:tcBorders>
              <w:top w:val="nil"/>
              <w:left w:val="nil"/>
              <w:bottom w:val="nil"/>
              <w:right w:val="nil"/>
            </w:tcBorders>
            <w:tcMar>
              <w:top w:w="45" w:type="dxa"/>
              <w:left w:w="55" w:type="dxa"/>
              <w:bottom w:w="45" w:type="dxa"/>
              <w:right w:w="55" w:type="dxa"/>
            </w:tcMar>
          </w:tcPr>
          <w:p w14:paraId="1BBF7F64" w14:textId="77777777" w:rsidR="008F176D" w:rsidRDefault="0010775A">
            <w:pPr>
              <w:spacing w:after="0" w:line="252" w:lineRule="auto"/>
            </w:pPr>
            <w:r>
              <w:rPr>
                <w:sz w:val="18"/>
              </w:rPr>
              <w:t>Have your Clemson username, password, and Duo authentication method available.</w:t>
            </w:r>
          </w:p>
        </w:tc>
      </w:tr>
      <w:tr w:rsidR="008F176D" w14:paraId="4631F3D6" w14:textId="77777777">
        <w:trPr>
          <w:cantSplit/>
          <w:jc w:val="center"/>
        </w:trPr>
        <w:tc>
          <w:tcPr>
            <w:tcW w:w="5256" w:type="dxa"/>
            <w:tcBorders>
              <w:top w:val="nil"/>
              <w:left w:val="nil"/>
              <w:bottom w:val="nil"/>
              <w:right w:val="nil"/>
            </w:tcBorders>
            <w:tcMar>
              <w:top w:w="45" w:type="dxa"/>
              <w:left w:w="55" w:type="dxa"/>
              <w:bottom w:w="45" w:type="dxa"/>
              <w:right w:w="55" w:type="dxa"/>
            </w:tcMar>
          </w:tcPr>
          <w:p w14:paraId="7BE1B40A" w14:textId="77777777" w:rsidR="008F176D" w:rsidRDefault="0010775A">
            <w:pPr>
              <w:spacing w:after="0" w:line="252" w:lineRule="auto"/>
              <w:jc w:val="center"/>
            </w:pPr>
            <w:r>
              <w:rPr>
                <w:b/>
                <w:color w:val="F56600"/>
                <w:sz w:val="21"/>
              </w:rPr>
              <w:t>✓</w:t>
            </w:r>
          </w:p>
        </w:tc>
        <w:tc>
          <w:tcPr>
            <w:tcW w:w="5256" w:type="dxa"/>
            <w:tcBorders>
              <w:top w:val="nil"/>
              <w:left w:val="nil"/>
              <w:bottom w:val="nil"/>
              <w:right w:val="nil"/>
            </w:tcBorders>
            <w:tcMar>
              <w:top w:w="45" w:type="dxa"/>
              <w:left w:w="55" w:type="dxa"/>
              <w:bottom w:w="45" w:type="dxa"/>
              <w:right w:w="55" w:type="dxa"/>
            </w:tcMar>
          </w:tcPr>
          <w:p w14:paraId="1CC4D527" w14:textId="77777777" w:rsidR="008F176D" w:rsidRDefault="0010775A">
            <w:pPr>
              <w:spacing w:after="0" w:line="252" w:lineRule="auto"/>
            </w:pPr>
            <w:r>
              <w:rPr>
                <w:sz w:val="18"/>
              </w:rPr>
              <w:t>Locate the username and password for the CITI account you used before SSO.</w:t>
            </w:r>
          </w:p>
        </w:tc>
      </w:tr>
      <w:tr w:rsidR="008F176D" w14:paraId="3AA4D64A" w14:textId="77777777">
        <w:trPr>
          <w:cantSplit/>
          <w:jc w:val="center"/>
        </w:trPr>
        <w:tc>
          <w:tcPr>
            <w:tcW w:w="5256" w:type="dxa"/>
            <w:tcBorders>
              <w:top w:val="nil"/>
              <w:left w:val="nil"/>
              <w:bottom w:val="nil"/>
              <w:right w:val="nil"/>
            </w:tcBorders>
            <w:tcMar>
              <w:top w:w="45" w:type="dxa"/>
              <w:left w:w="55" w:type="dxa"/>
              <w:bottom w:w="45" w:type="dxa"/>
              <w:right w:w="55" w:type="dxa"/>
            </w:tcMar>
          </w:tcPr>
          <w:p w14:paraId="05643B34" w14:textId="77777777" w:rsidR="008F176D" w:rsidRDefault="0010775A">
            <w:pPr>
              <w:spacing w:after="0" w:line="252" w:lineRule="auto"/>
              <w:jc w:val="center"/>
            </w:pPr>
            <w:r>
              <w:rPr>
                <w:b/>
                <w:color w:val="F56600"/>
                <w:sz w:val="21"/>
              </w:rPr>
              <w:t>✓</w:t>
            </w:r>
          </w:p>
        </w:tc>
        <w:tc>
          <w:tcPr>
            <w:tcW w:w="5256" w:type="dxa"/>
            <w:tcBorders>
              <w:top w:val="nil"/>
              <w:left w:val="nil"/>
              <w:bottom w:val="nil"/>
              <w:right w:val="nil"/>
            </w:tcBorders>
            <w:tcMar>
              <w:top w:w="45" w:type="dxa"/>
              <w:left w:w="55" w:type="dxa"/>
              <w:bottom w:w="45" w:type="dxa"/>
              <w:right w:w="55" w:type="dxa"/>
            </w:tcMar>
          </w:tcPr>
          <w:p w14:paraId="713FE0ED" w14:textId="77777777" w:rsidR="008F176D" w:rsidRDefault="0010775A">
            <w:pPr>
              <w:spacing w:after="0" w:line="252" w:lineRule="auto"/>
            </w:pPr>
            <w:r>
              <w:rPr>
                <w:sz w:val="18"/>
              </w:rPr>
              <w:t>Know your official Clemson email address (for example, username@clemson.edu).</w:t>
            </w:r>
          </w:p>
        </w:tc>
      </w:tr>
    </w:tbl>
    <w:p w14:paraId="60BDA7D4" w14:textId="77777777" w:rsidR="008F176D" w:rsidRDefault="0010775A">
      <w:pPr>
        <w:keepNext/>
        <w:spacing w:before="120" w:after="60" w:line="240" w:lineRule="auto"/>
      </w:pPr>
      <w:r>
        <w:rPr>
          <w:b/>
          <w:color w:val="522D80"/>
          <w:sz w:val="27"/>
        </w:rPr>
        <w:t>Link your existing CITI account</w:t>
      </w:r>
    </w:p>
    <w:tbl>
      <w:tblPr>
        <w:tblW w:w="0" w:type="auto"/>
        <w:jc w:val="center"/>
        <w:tblLayout w:type="fixed"/>
        <w:tblLook w:val="04A0" w:firstRow="1" w:lastRow="0" w:firstColumn="1" w:lastColumn="0" w:noHBand="0" w:noVBand="1"/>
      </w:tblPr>
      <w:tblGrid>
        <w:gridCol w:w="5256"/>
        <w:gridCol w:w="5256"/>
      </w:tblGrid>
      <w:tr w:rsidR="008F176D" w14:paraId="164EFCCA"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66DC4CC6" w14:textId="77777777" w:rsidR="008F176D" w:rsidRDefault="0010775A">
            <w:pPr>
              <w:spacing w:after="0" w:line="252" w:lineRule="auto"/>
              <w:jc w:val="center"/>
            </w:pPr>
            <w:r>
              <w:rPr>
                <w:b/>
                <w:color w:val="FFFFFF"/>
                <w:sz w:val="34"/>
              </w:rPr>
              <w:t>1</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2C7A4330" w14:textId="77777777" w:rsidR="008F176D" w:rsidRDefault="0010775A">
            <w:pPr>
              <w:spacing w:after="20" w:line="252" w:lineRule="auto"/>
            </w:pPr>
            <w:r>
              <w:rPr>
                <w:b/>
                <w:color w:val="522D80"/>
                <w:sz w:val="22"/>
              </w:rPr>
              <w:t>Open the CITI login page</w:t>
            </w:r>
          </w:p>
          <w:p w14:paraId="69705A8F" w14:textId="77777777" w:rsidR="008F176D" w:rsidRDefault="0010775A">
            <w:pPr>
              <w:spacing w:after="0" w:line="259" w:lineRule="auto"/>
            </w:pPr>
            <w:r>
              <w:rPr>
                <w:sz w:val="19"/>
              </w:rPr>
              <w:t xml:space="preserve">Go to the CITI Program login page. Select “Log </w:t>
            </w:r>
            <w:proofErr w:type="gramStart"/>
            <w:r>
              <w:rPr>
                <w:sz w:val="19"/>
              </w:rPr>
              <w:t>In</w:t>
            </w:r>
            <w:proofErr w:type="gramEnd"/>
            <w:r>
              <w:rPr>
                <w:sz w:val="19"/>
              </w:rPr>
              <w:t xml:space="preserve"> Through My Organization” (or “Log </w:t>
            </w:r>
            <w:proofErr w:type="gramStart"/>
            <w:r>
              <w:rPr>
                <w:sz w:val="19"/>
              </w:rPr>
              <w:t>In</w:t>
            </w:r>
            <w:proofErr w:type="gramEnd"/>
            <w:r>
              <w:rPr>
                <w:sz w:val="19"/>
              </w:rPr>
              <w:t xml:space="preserve"> Through My Institution,” depending on the page wording).</w:t>
            </w:r>
          </w:p>
        </w:tc>
      </w:tr>
    </w:tbl>
    <w:p w14:paraId="6F4486E1" w14:textId="77777777" w:rsidR="008F176D" w:rsidRDefault="008F176D">
      <w:pPr>
        <w:spacing w:after="40" w:line="252" w:lineRule="auto"/>
      </w:pPr>
    </w:p>
    <w:p w14:paraId="32F75A1A" w14:textId="77777777" w:rsidR="008F176D" w:rsidRDefault="0010775A">
      <w:pPr>
        <w:spacing w:after="60" w:line="252" w:lineRule="auto"/>
      </w:pPr>
      <w:r>
        <w:rPr>
          <w:b/>
          <w:sz w:val="18"/>
        </w:rPr>
        <w:t xml:space="preserve">CITI login: </w:t>
      </w:r>
      <w:hyperlink r:id="rId8">
        <w:r w:rsidR="008F176D">
          <w:rPr>
            <w:color w:val="0B5EA8"/>
            <w:sz w:val="18"/>
            <w:u w:val="single"/>
          </w:rPr>
          <w:t>https://www.citiprogram.org/login</w:t>
        </w:r>
      </w:hyperlink>
    </w:p>
    <w:tbl>
      <w:tblPr>
        <w:tblW w:w="0" w:type="auto"/>
        <w:jc w:val="center"/>
        <w:tblLayout w:type="fixed"/>
        <w:tblLook w:val="04A0" w:firstRow="1" w:lastRow="0" w:firstColumn="1" w:lastColumn="0" w:noHBand="0" w:noVBand="1"/>
      </w:tblPr>
      <w:tblGrid>
        <w:gridCol w:w="5256"/>
        <w:gridCol w:w="5256"/>
      </w:tblGrid>
      <w:tr w:rsidR="008F176D" w14:paraId="00F9E35B"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564874BB" w14:textId="77777777" w:rsidR="008F176D" w:rsidRDefault="0010775A">
            <w:pPr>
              <w:spacing w:after="0" w:line="252" w:lineRule="auto"/>
              <w:jc w:val="center"/>
            </w:pPr>
            <w:r>
              <w:rPr>
                <w:b/>
                <w:color w:val="FFFFFF"/>
                <w:sz w:val="34"/>
              </w:rPr>
              <w:t>2</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34B3093E" w14:textId="77777777" w:rsidR="008F176D" w:rsidRDefault="0010775A">
            <w:pPr>
              <w:spacing w:after="20" w:line="252" w:lineRule="auto"/>
            </w:pPr>
            <w:r>
              <w:rPr>
                <w:b/>
                <w:color w:val="522D80"/>
                <w:sz w:val="22"/>
              </w:rPr>
              <w:t>Select Clemson University</w:t>
            </w:r>
          </w:p>
          <w:p w14:paraId="53766B29" w14:textId="77777777" w:rsidR="008F176D" w:rsidRDefault="0010775A">
            <w:pPr>
              <w:spacing w:after="0" w:line="259" w:lineRule="auto"/>
            </w:pPr>
            <w:r>
              <w:rPr>
                <w:sz w:val="19"/>
              </w:rPr>
              <w:t>Search for “Clemson University” in the organization list and select it. You will be redirected to Clemson authentication.</w:t>
            </w:r>
          </w:p>
        </w:tc>
      </w:tr>
    </w:tbl>
    <w:p w14:paraId="0D93DD46" w14:textId="77777777" w:rsidR="008F176D" w:rsidRDefault="008F176D">
      <w:pPr>
        <w:spacing w:after="40" w:line="252" w:lineRule="auto"/>
      </w:pPr>
    </w:p>
    <w:tbl>
      <w:tblPr>
        <w:tblW w:w="0" w:type="auto"/>
        <w:jc w:val="center"/>
        <w:tblLayout w:type="fixed"/>
        <w:tblLook w:val="04A0" w:firstRow="1" w:lastRow="0" w:firstColumn="1" w:lastColumn="0" w:noHBand="0" w:noVBand="1"/>
      </w:tblPr>
      <w:tblGrid>
        <w:gridCol w:w="5256"/>
        <w:gridCol w:w="5256"/>
      </w:tblGrid>
      <w:tr w:rsidR="008F176D" w14:paraId="0A7EB410"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7C9C7748" w14:textId="77777777" w:rsidR="008F176D" w:rsidRDefault="0010775A">
            <w:pPr>
              <w:spacing w:after="0" w:line="252" w:lineRule="auto"/>
              <w:jc w:val="center"/>
            </w:pPr>
            <w:r>
              <w:rPr>
                <w:b/>
                <w:color w:val="FFFFFF"/>
                <w:sz w:val="34"/>
              </w:rPr>
              <w:t>3</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1998FAFC" w14:textId="77777777" w:rsidR="008F176D" w:rsidRDefault="0010775A">
            <w:pPr>
              <w:spacing w:after="20" w:line="252" w:lineRule="auto"/>
            </w:pPr>
            <w:r>
              <w:rPr>
                <w:b/>
                <w:color w:val="522D80"/>
                <w:sz w:val="22"/>
              </w:rPr>
              <w:t>Sign in with Clemson SSO</w:t>
            </w:r>
          </w:p>
          <w:p w14:paraId="1CE14E1F" w14:textId="77777777" w:rsidR="008F176D" w:rsidRDefault="0010775A">
            <w:pPr>
              <w:spacing w:after="0" w:line="259" w:lineRule="auto"/>
            </w:pPr>
            <w:r>
              <w:rPr>
                <w:sz w:val="19"/>
              </w:rPr>
              <w:t>Enter your Clemson username and password, then complete Duo authentication. First-time SSO users may be asked to connect or create a CITI account.</w:t>
            </w:r>
          </w:p>
        </w:tc>
      </w:tr>
    </w:tbl>
    <w:p w14:paraId="39CE7127" w14:textId="77777777" w:rsidR="008F176D" w:rsidRDefault="008F176D">
      <w:pPr>
        <w:spacing w:after="40" w:line="252" w:lineRule="auto"/>
      </w:pPr>
    </w:p>
    <w:tbl>
      <w:tblPr>
        <w:tblW w:w="0" w:type="auto"/>
        <w:jc w:val="center"/>
        <w:tblLayout w:type="fixed"/>
        <w:tblLook w:val="04A0" w:firstRow="1" w:lastRow="0" w:firstColumn="1" w:lastColumn="0" w:noHBand="0" w:noVBand="1"/>
      </w:tblPr>
      <w:tblGrid>
        <w:gridCol w:w="5296"/>
        <w:gridCol w:w="5296"/>
      </w:tblGrid>
      <w:tr w:rsidR="008F176D" w14:paraId="2ED9345E" w14:textId="77777777" w:rsidTr="00F933ED">
        <w:trPr>
          <w:cantSplit/>
          <w:trHeight w:val="1664"/>
          <w:jc w:val="center"/>
        </w:trPr>
        <w:tc>
          <w:tcPr>
            <w:tcW w:w="529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3FD7A681" w14:textId="77777777" w:rsidR="008F176D" w:rsidRDefault="0010775A">
            <w:pPr>
              <w:spacing w:after="0" w:line="252" w:lineRule="auto"/>
              <w:jc w:val="center"/>
            </w:pPr>
            <w:r>
              <w:rPr>
                <w:b/>
                <w:color w:val="FFFFFF"/>
                <w:sz w:val="34"/>
              </w:rPr>
              <w:t>4</w:t>
            </w:r>
          </w:p>
        </w:tc>
        <w:tc>
          <w:tcPr>
            <w:tcW w:w="529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4F1B8BB0" w14:textId="77777777" w:rsidR="008F176D" w:rsidRDefault="0010775A">
            <w:pPr>
              <w:spacing w:after="20" w:line="252" w:lineRule="auto"/>
            </w:pPr>
            <w:r>
              <w:rPr>
                <w:b/>
                <w:color w:val="522D80"/>
                <w:sz w:val="22"/>
              </w:rPr>
              <w:t xml:space="preserve">Choose the </w:t>
            </w:r>
            <w:proofErr w:type="gramStart"/>
            <w:r>
              <w:rPr>
                <w:b/>
                <w:color w:val="522D80"/>
                <w:sz w:val="22"/>
              </w:rPr>
              <w:t>existing-account</w:t>
            </w:r>
            <w:proofErr w:type="gramEnd"/>
            <w:r>
              <w:rPr>
                <w:b/>
                <w:color w:val="522D80"/>
                <w:sz w:val="22"/>
              </w:rPr>
              <w:t xml:space="preserve"> option</w:t>
            </w:r>
          </w:p>
          <w:p w14:paraId="6ECABD32" w14:textId="77777777" w:rsidR="008F176D" w:rsidRDefault="0010775A">
            <w:pPr>
              <w:spacing w:after="0" w:line="259" w:lineRule="auto"/>
            </w:pPr>
            <w:r>
              <w:rPr>
                <w:sz w:val="19"/>
              </w:rPr>
              <w:t>Select “I already have a CITI Program account.” This is the option that preserves your existing training history.</w:t>
            </w:r>
          </w:p>
          <w:tbl>
            <w:tblPr>
              <w:tblW w:w="5296" w:type="dxa"/>
              <w:tblInd w:w="1" w:type="dxa"/>
              <w:tblLayout w:type="fixed"/>
              <w:tblLook w:val="04A0" w:firstRow="1" w:lastRow="0" w:firstColumn="1" w:lastColumn="0" w:noHBand="0" w:noVBand="1"/>
            </w:tblPr>
            <w:tblGrid>
              <w:gridCol w:w="5296"/>
            </w:tblGrid>
            <w:tr w:rsidR="008F176D" w14:paraId="271DF3BF" w14:textId="77777777" w:rsidTr="00F933ED">
              <w:trPr>
                <w:trHeight w:val="198"/>
              </w:trPr>
              <w:tc>
                <w:tcPr>
                  <w:tcW w:w="5296" w:type="dxa"/>
                  <w:tcBorders>
                    <w:top w:val="single" w:sz="8" w:space="0" w:color="F56600"/>
                    <w:left w:val="single" w:sz="8" w:space="0" w:color="F56600"/>
                    <w:bottom w:val="single" w:sz="8" w:space="0" w:color="F56600"/>
                    <w:right w:val="single" w:sz="8" w:space="0" w:color="F56600"/>
                  </w:tcBorders>
                  <w:shd w:val="clear" w:color="auto" w:fill="FDE9D6"/>
                  <w:tcMar>
                    <w:top w:w="70" w:type="dxa"/>
                    <w:left w:w="110" w:type="dxa"/>
                    <w:bottom w:w="70" w:type="dxa"/>
                    <w:right w:w="110" w:type="dxa"/>
                  </w:tcMar>
                </w:tcPr>
                <w:p w14:paraId="72C91455" w14:textId="77777777" w:rsidR="008F176D" w:rsidRDefault="0010775A">
                  <w:pPr>
                    <w:spacing w:after="0" w:line="252" w:lineRule="auto"/>
                  </w:pPr>
                  <w:r>
                    <w:rPr>
                      <w:b/>
                      <w:color w:val="F56600"/>
                      <w:sz w:val="17"/>
                    </w:rPr>
                    <w:t xml:space="preserve">SELECT: </w:t>
                  </w:r>
                  <w:r>
                    <w:rPr>
                      <w:b/>
                      <w:sz w:val="17"/>
                    </w:rPr>
                    <w:t>I already have a CITI Program account</w:t>
                  </w:r>
                </w:p>
              </w:tc>
            </w:tr>
            <w:tr w:rsidR="008F176D" w14:paraId="3DE826B2" w14:textId="77777777" w:rsidTr="00F933ED">
              <w:trPr>
                <w:trHeight w:val="383"/>
              </w:trPr>
              <w:tc>
                <w:tcPr>
                  <w:tcW w:w="5296" w:type="dxa"/>
                  <w:tcBorders>
                    <w:top w:val="single" w:sz="8" w:space="0" w:color="D5D5D5"/>
                    <w:left w:val="single" w:sz="8" w:space="0" w:color="D5D5D5"/>
                    <w:bottom w:val="single" w:sz="8" w:space="0" w:color="D5D5D5"/>
                    <w:right w:val="single" w:sz="8" w:space="0" w:color="D5D5D5"/>
                  </w:tcBorders>
                  <w:shd w:val="clear" w:color="auto" w:fill="F3F3F3"/>
                  <w:tcMar>
                    <w:top w:w="70" w:type="dxa"/>
                    <w:left w:w="110" w:type="dxa"/>
                    <w:bottom w:w="70" w:type="dxa"/>
                    <w:right w:w="110" w:type="dxa"/>
                  </w:tcMar>
                </w:tcPr>
                <w:p w14:paraId="431CAB65" w14:textId="77777777" w:rsidR="008F176D" w:rsidRDefault="0010775A">
                  <w:pPr>
                    <w:spacing w:after="0" w:line="252" w:lineRule="auto"/>
                  </w:pPr>
                  <w:r>
                    <w:rPr>
                      <w:b/>
                      <w:color w:val="5A5A5A"/>
                      <w:sz w:val="17"/>
                    </w:rPr>
                    <w:t xml:space="preserve">Do not </w:t>
                  </w:r>
                  <w:proofErr w:type="gramStart"/>
                  <w:r>
                    <w:rPr>
                      <w:b/>
                      <w:color w:val="5A5A5A"/>
                      <w:sz w:val="17"/>
                    </w:rPr>
                    <w:t>select:</w:t>
                  </w:r>
                  <w:proofErr w:type="gramEnd"/>
                  <w:r>
                    <w:rPr>
                      <w:b/>
                      <w:color w:val="5A5A5A"/>
                      <w:sz w:val="17"/>
                    </w:rPr>
                    <w:t xml:space="preserve"> </w:t>
                  </w:r>
                  <w:r>
                    <w:rPr>
                      <w:sz w:val="17"/>
                    </w:rPr>
                    <w:t xml:space="preserve">I don't have a CITI Program </w:t>
                  </w:r>
                  <w:proofErr w:type="gramStart"/>
                  <w:r>
                    <w:rPr>
                      <w:sz w:val="17"/>
                    </w:rPr>
                    <w:t>account</w:t>
                  </w:r>
                  <w:proofErr w:type="gramEnd"/>
                  <w:r>
                    <w:rPr>
                      <w:sz w:val="17"/>
                    </w:rPr>
                    <w:t xml:space="preserve"> and I need to create one</w:t>
                  </w:r>
                </w:p>
              </w:tc>
            </w:tr>
          </w:tbl>
          <w:p w14:paraId="0E214ED0" w14:textId="77777777" w:rsidR="008F176D" w:rsidRDefault="008F176D"/>
        </w:tc>
      </w:tr>
    </w:tbl>
    <w:p w14:paraId="5E83DAB5" w14:textId="77777777" w:rsidR="008F176D" w:rsidRDefault="0010775A">
      <w:pPr>
        <w:keepNext/>
        <w:spacing w:before="120" w:after="60" w:line="240" w:lineRule="auto"/>
      </w:pPr>
      <w:r>
        <w:rPr>
          <w:b/>
          <w:color w:val="522D80"/>
          <w:sz w:val="27"/>
        </w:rPr>
        <w:lastRenderedPageBreak/>
        <w:t>Complete the account link</w:t>
      </w:r>
    </w:p>
    <w:tbl>
      <w:tblPr>
        <w:tblW w:w="0" w:type="auto"/>
        <w:jc w:val="center"/>
        <w:tblLayout w:type="fixed"/>
        <w:tblLook w:val="04A0" w:firstRow="1" w:lastRow="0" w:firstColumn="1" w:lastColumn="0" w:noHBand="0" w:noVBand="1"/>
      </w:tblPr>
      <w:tblGrid>
        <w:gridCol w:w="5256"/>
        <w:gridCol w:w="5256"/>
      </w:tblGrid>
      <w:tr w:rsidR="008F176D" w14:paraId="6C9894D4"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036A42F9" w14:textId="77777777" w:rsidR="008F176D" w:rsidRDefault="0010775A">
            <w:pPr>
              <w:spacing w:after="0" w:line="252" w:lineRule="auto"/>
              <w:jc w:val="center"/>
            </w:pPr>
            <w:r>
              <w:rPr>
                <w:b/>
                <w:color w:val="FFFFFF"/>
                <w:sz w:val="34"/>
              </w:rPr>
              <w:t>5</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1E980F8B" w14:textId="77777777" w:rsidR="008F176D" w:rsidRDefault="0010775A">
            <w:pPr>
              <w:spacing w:after="20" w:line="252" w:lineRule="auto"/>
            </w:pPr>
            <w:r>
              <w:rPr>
                <w:b/>
                <w:color w:val="522D80"/>
                <w:sz w:val="22"/>
              </w:rPr>
              <w:t>Enter your previous CITI credentials</w:t>
            </w:r>
          </w:p>
          <w:p w14:paraId="4A990D1B" w14:textId="77777777" w:rsidR="008F176D" w:rsidRDefault="0010775A">
            <w:pPr>
              <w:spacing w:after="0" w:line="259" w:lineRule="auto"/>
            </w:pPr>
            <w:r>
              <w:rPr>
                <w:sz w:val="19"/>
              </w:rPr>
              <w:t>Enter the CITI username and password you used before Clemson SSO, even if that account used a personal email address. Select “Log In.” CITI will link the existing account to your Clemson SSO identity.</w:t>
            </w:r>
          </w:p>
        </w:tc>
      </w:tr>
    </w:tbl>
    <w:p w14:paraId="0BE1DA27" w14:textId="54B57CA8" w:rsidR="008F176D" w:rsidRDefault="0010775A" w:rsidP="00F933ED">
      <w:r>
        <w:rPr>
          <w:b/>
          <w:color w:val="522D80"/>
          <w:sz w:val="27"/>
        </w:rPr>
        <w:t>Verify your profile and records</w:t>
      </w:r>
    </w:p>
    <w:tbl>
      <w:tblPr>
        <w:tblW w:w="0" w:type="auto"/>
        <w:jc w:val="center"/>
        <w:tblLayout w:type="fixed"/>
        <w:tblLook w:val="04A0" w:firstRow="1" w:lastRow="0" w:firstColumn="1" w:lastColumn="0" w:noHBand="0" w:noVBand="1"/>
      </w:tblPr>
      <w:tblGrid>
        <w:gridCol w:w="5256"/>
        <w:gridCol w:w="5256"/>
      </w:tblGrid>
      <w:tr w:rsidR="008F176D" w14:paraId="3D5059AA"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727AD2EC" w14:textId="77777777" w:rsidR="008F176D" w:rsidRDefault="0010775A">
            <w:pPr>
              <w:spacing w:after="0" w:line="252" w:lineRule="auto"/>
              <w:jc w:val="center"/>
            </w:pPr>
            <w:r>
              <w:rPr>
                <w:b/>
                <w:color w:val="FFFFFF"/>
                <w:sz w:val="34"/>
              </w:rPr>
              <w:t>6</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6CFA8FE2" w14:textId="77777777" w:rsidR="008F176D" w:rsidRDefault="0010775A">
            <w:pPr>
              <w:spacing w:after="20" w:line="252" w:lineRule="auto"/>
            </w:pPr>
            <w:r>
              <w:rPr>
                <w:b/>
                <w:color w:val="522D80"/>
                <w:sz w:val="22"/>
              </w:rPr>
              <w:t>Update your profile and Clemson email</w:t>
            </w:r>
          </w:p>
          <w:p w14:paraId="636EBD85" w14:textId="77777777" w:rsidR="008F176D" w:rsidRDefault="0010775A">
            <w:pPr>
              <w:spacing w:after="0" w:line="259" w:lineRule="auto"/>
            </w:pPr>
            <w:r>
              <w:rPr>
                <w:sz w:val="19"/>
              </w:rPr>
              <w:t xml:space="preserve">Open the menu beside your name, select “Profiles,” and choose “Edit Profile” under Member Profile. Use your </w:t>
            </w:r>
            <w:proofErr w:type="gramStart"/>
            <w:r>
              <w:rPr>
                <w:sz w:val="19"/>
              </w:rPr>
              <w:t>official @</w:t>
            </w:r>
            <w:proofErr w:type="gramEnd"/>
            <w:r>
              <w:rPr>
                <w:sz w:val="19"/>
              </w:rPr>
              <w:t>clemson.edu address as the preferred and verified email. A personal email may remain as the secondary email, if desired. Select “Update.”</w:t>
            </w:r>
          </w:p>
          <w:p w14:paraId="2A69913A" w14:textId="77777777" w:rsidR="008F176D" w:rsidRDefault="0010775A">
            <w:pPr>
              <w:spacing w:before="40" w:after="40" w:line="252" w:lineRule="auto"/>
            </w:pPr>
            <w:r>
              <w:rPr>
                <w:b/>
                <w:color w:val="522D80"/>
                <w:sz w:val="17"/>
              </w:rPr>
              <w:t>Recommended profile settings</w:t>
            </w:r>
          </w:p>
          <w:tbl>
            <w:tblPr>
              <w:tblW w:w="0" w:type="auto"/>
              <w:tblLayout w:type="fixed"/>
              <w:tblLook w:val="04A0" w:firstRow="1" w:lastRow="0" w:firstColumn="1" w:lastColumn="0" w:noHBand="0" w:noVBand="1"/>
            </w:tblPr>
            <w:tblGrid>
              <w:gridCol w:w="2628"/>
              <w:gridCol w:w="2628"/>
            </w:tblGrid>
            <w:tr w:rsidR="008F176D" w14:paraId="3231C82B" w14:textId="77777777">
              <w:tc>
                <w:tcPr>
                  <w:tcW w:w="2628" w:type="dxa"/>
                  <w:tcBorders>
                    <w:top w:val="single" w:sz="6" w:space="0" w:color="D5D5D5"/>
                    <w:left w:val="single" w:sz="6" w:space="0" w:color="D5D5D5"/>
                    <w:bottom w:val="single" w:sz="6" w:space="0" w:color="D5D5D5"/>
                    <w:right w:val="single" w:sz="6" w:space="0" w:color="D5D5D5"/>
                  </w:tcBorders>
                  <w:shd w:val="clear" w:color="auto" w:fill="EEE8F3"/>
                  <w:tcMar>
                    <w:top w:w="55" w:type="dxa"/>
                    <w:left w:w="90" w:type="dxa"/>
                    <w:bottom w:w="55" w:type="dxa"/>
                    <w:right w:w="90" w:type="dxa"/>
                  </w:tcMar>
                </w:tcPr>
                <w:p w14:paraId="2EF525DA" w14:textId="77777777" w:rsidR="008F176D" w:rsidRDefault="0010775A">
                  <w:pPr>
                    <w:spacing w:after="0" w:line="252" w:lineRule="auto"/>
                  </w:pPr>
                  <w:r>
                    <w:rPr>
                      <w:b/>
                      <w:color w:val="522D80"/>
                      <w:sz w:val="16"/>
                    </w:rPr>
                    <w:t>Preferred email</w:t>
                  </w:r>
                </w:p>
              </w:tc>
              <w:tc>
                <w:tcPr>
                  <w:tcW w:w="2628" w:type="dxa"/>
                  <w:tcBorders>
                    <w:top w:val="single" w:sz="6" w:space="0" w:color="D5D5D5"/>
                    <w:left w:val="single" w:sz="6" w:space="0" w:color="D5D5D5"/>
                    <w:bottom w:val="single" w:sz="6" w:space="0" w:color="D5D5D5"/>
                    <w:right w:val="single" w:sz="6" w:space="0" w:color="D5D5D5"/>
                  </w:tcBorders>
                  <w:shd w:val="clear" w:color="auto" w:fill="FFFFFF"/>
                  <w:tcMar>
                    <w:top w:w="55" w:type="dxa"/>
                    <w:left w:w="90" w:type="dxa"/>
                    <w:bottom w:w="55" w:type="dxa"/>
                    <w:right w:w="90" w:type="dxa"/>
                  </w:tcMar>
                </w:tcPr>
                <w:p w14:paraId="0DB9F67D" w14:textId="77777777" w:rsidR="008F176D" w:rsidRDefault="0010775A">
                  <w:pPr>
                    <w:spacing w:after="0" w:line="252" w:lineRule="auto"/>
                  </w:pPr>
                  <w:r>
                    <w:rPr>
                      <w:sz w:val="16"/>
                    </w:rPr>
                    <w:t>username@clemson.edu</w:t>
                  </w:r>
                </w:p>
              </w:tc>
            </w:tr>
            <w:tr w:rsidR="008F176D" w14:paraId="6C88D742" w14:textId="77777777">
              <w:tc>
                <w:tcPr>
                  <w:tcW w:w="2628" w:type="dxa"/>
                  <w:tcBorders>
                    <w:top w:val="single" w:sz="6" w:space="0" w:color="D5D5D5"/>
                    <w:left w:val="single" w:sz="6" w:space="0" w:color="D5D5D5"/>
                    <w:bottom w:val="single" w:sz="6" w:space="0" w:color="D5D5D5"/>
                    <w:right w:val="single" w:sz="6" w:space="0" w:color="D5D5D5"/>
                  </w:tcBorders>
                  <w:shd w:val="clear" w:color="auto" w:fill="EEE8F3"/>
                  <w:tcMar>
                    <w:top w:w="55" w:type="dxa"/>
                    <w:left w:w="90" w:type="dxa"/>
                    <w:bottom w:w="55" w:type="dxa"/>
                    <w:right w:w="90" w:type="dxa"/>
                  </w:tcMar>
                </w:tcPr>
                <w:p w14:paraId="3AD8DA49" w14:textId="77777777" w:rsidR="008F176D" w:rsidRDefault="0010775A">
                  <w:pPr>
                    <w:spacing w:after="0" w:line="252" w:lineRule="auto"/>
                  </w:pPr>
                  <w:r>
                    <w:rPr>
                      <w:b/>
                      <w:color w:val="522D80"/>
                      <w:sz w:val="16"/>
                    </w:rPr>
                    <w:t>Verify preferred email</w:t>
                  </w:r>
                </w:p>
              </w:tc>
              <w:tc>
                <w:tcPr>
                  <w:tcW w:w="2628" w:type="dxa"/>
                  <w:tcBorders>
                    <w:top w:val="single" w:sz="6" w:space="0" w:color="D5D5D5"/>
                    <w:left w:val="single" w:sz="6" w:space="0" w:color="D5D5D5"/>
                    <w:bottom w:val="single" w:sz="6" w:space="0" w:color="D5D5D5"/>
                    <w:right w:val="single" w:sz="6" w:space="0" w:color="D5D5D5"/>
                  </w:tcBorders>
                  <w:shd w:val="clear" w:color="auto" w:fill="FFFFFF"/>
                  <w:tcMar>
                    <w:top w:w="55" w:type="dxa"/>
                    <w:left w:w="90" w:type="dxa"/>
                    <w:bottom w:w="55" w:type="dxa"/>
                    <w:right w:w="90" w:type="dxa"/>
                  </w:tcMar>
                </w:tcPr>
                <w:p w14:paraId="2C3AF2FE" w14:textId="77777777" w:rsidR="008F176D" w:rsidRDefault="0010775A">
                  <w:pPr>
                    <w:spacing w:after="0" w:line="252" w:lineRule="auto"/>
                  </w:pPr>
                  <w:r>
                    <w:rPr>
                      <w:sz w:val="16"/>
                    </w:rPr>
                    <w:t>username@clemson.edu</w:t>
                  </w:r>
                </w:p>
              </w:tc>
            </w:tr>
            <w:tr w:rsidR="008F176D" w14:paraId="14FC30B0" w14:textId="77777777">
              <w:tc>
                <w:tcPr>
                  <w:tcW w:w="2628" w:type="dxa"/>
                  <w:tcBorders>
                    <w:top w:val="single" w:sz="6" w:space="0" w:color="D5D5D5"/>
                    <w:left w:val="single" w:sz="6" w:space="0" w:color="D5D5D5"/>
                    <w:bottom w:val="single" w:sz="6" w:space="0" w:color="D5D5D5"/>
                    <w:right w:val="single" w:sz="6" w:space="0" w:color="D5D5D5"/>
                  </w:tcBorders>
                  <w:shd w:val="clear" w:color="auto" w:fill="EEE8F3"/>
                  <w:tcMar>
                    <w:top w:w="55" w:type="dxa"/>
                    <w:left w:w="90" w:type="dxa"/>
                    <w:bottom w:w="55" w:type="dxa"/>
                    <w:right w:w="90" w:type="dxa"/>
                  </w:tcMar>
                </w:tcPr>
                <w:p w14:paraId="58B6E8C6" w14:textId="77777777" w:rsidR="008F176D" w:rsidRDefault="0010775A">
                  <w:pPr>
                    <w:spacing w:after="0" w:line="252" w:lineRule="auto"/>
                  </w:pPr>
                  <w:r>
                    <w:rPr>
                      <w:b/>
                      <w:color w:val="522D80"/>
                      <w:sz w:val="16"/>
                    </w:rPr>
                    <w:t>Secondary email</w:t>
                  </w:r>
                </w:p>
              </w:tc>
              <w:tc>
                <w:tcPr>
                  <w:tcW w:w="2628" w:type="dxa"/>
                  <w:tcBorders>
                    <w:top w:val="single" w:sz="6" w:space="0" w:color="D5D5D5"/>
                    <w:left w:val="single" w:sz="6" w:space="0" w:color="D5D5D5"/>
                    <w:bottom w:val="single" w:sz="6" w:space="0" w:color="D5D5D5"/>
                    <w:right w:val="single" w:sz="6" w:space="0" w:color="D5D5D5"/>
                  </w:tcBorders>
                  <w:shd w:val="clear" w:color="auto" w:fill="FFFFFF"/>
                  <w:tcMar>
                    <w:top w:w="55" w:type="dxa"/>
                    <w:left w:w="90" w:type="dxa"/>
                    <w:bottom w:w="55" w:type="dxa"/>
                    <w:right w:w="90" w:type="dxa"/>
                  </w:tcMar>
                </w:tcPr>
                <w:p w14:paraId="7C0CE00C" w14:textId="77777777" w:rsidR="008F176D" w:rsidRDefault="0010775A">
                  <w:pPr>
                    <w:spacing w:after="0" w:line="252" w:lineRule="auto"/>
                  </w:pPr>
                  <w:r>
                    <w:rPr>
                      <w:sz w:val="16"/>
                    </w:rPr>
                    <w:t>personal email (optional)</w:t>
                  </w:r>
                </w:p>
              </w:tc>
            </w:tr>
          </w:tbl>
          <w:p w14:paraId="29E47B06" w14:textId="77777777" w:rsidR="008F176D" w:rsidRDefault="008F176D"/>
        </w:tc>
      </w:tr>
    </w:tbl>
    <w:p w14:paraId="4E8CA958" w14:textId="77777777" w:rsidR="008F176D" w:rsidRDefault="008F176D">
      <w:pPr>
        <w:spacing w:after="40" w:line="252" w:lineRule="auto"/>
      </w:pPr>
    </w:p>
    <w:tbl>
      <w:tblPr>
        <w:tblW w:w="0" w:type="auto"/>
        <w:jc w:val="center"/>
        <w:tblLook w:val="04A0" w:firstRow="1" w:lastRow="0" w:firstColumn="1" w:lastColumn="0" w:noHBand="0" w:noVBand="1"/>
      </w:tblPr>
      <w:tblGrid>
        <w:gridCol w:w="10496"/>
      </w:tblGrid>
      <w:tr w:rsidR="008F176D" w14:paraId="70A504E8" w14:textId="77777777">
        <w:trPr>
          <w:cantSplit/>
          <w:jc w:val="center"/>
        </w:trPr>
        <w:tc>
          <w:tcPr>
            <w:tcW w:w="10512" w:type="dxa"/>
            <w:tcBorders>
              <w:top w:val="single" w:sz="6" w:space="0" w:color="D5D5D5"/>
              <w:left w:val="single" w:sz="6" w:space="0" w:color="D5D5D5"/>
              <w:bottom w:val="single" w:sz="6" w:space="0" w:color="D5D5D5"/>
              <w:right w:val="single" w:sz="6" w:space="0" w:color="D5D5D5"/>
            </w:tcBorders>
            <w:shd w:val="clear" w:color="auto" w:fill="F3F3F3"/>
            <w:tcMar>
              <w:top w:w="75" w:type="dxa"/>
              <w:left w:w="110" w:type="dxa"/>
              <w:bottom w:w="75" w:type="dxa"/>
              <w:right w:w="110" w:type="dxa"/>
            </w:tcMar>
          </w:tcPr>
          <w:p w14:paraId="054985F7" w14:textId="77777777" w:rsidR="008F176D" w:rsidRDefault="0010775A">
            <w:pPr>
              <w:spacing w:after="0" w:line="250" w:lineRule="auto"/>
            </w:pPr>
            <w:r>
              <w:rPr>
                <w:b/>
                <w:color w:val="522D80"/>
                <w:sz w:val="17"/>
              </w:rPr>
              <w:t xml:space="preserve">Also check the Clemson University Institutional Profile, if displayed. </w:t>
            </w:r>
            <w:r>
              <w:rPr>
                <w:sz w:val="17"/>
              </w:rPr>
              <w:t xml:space="preserve">Confirm that the institutional email is </w:t>
            </w:r>
            <w:proofErr w:type="gramStart"/>
            <w:r>
              <w:rPr>
                <w:sz w:val="17"/>
              </w:rPr>
              <w:t>your @</w:t>
            </w:r>
            <w:proofErr w:type="gramEnd"/>
            <w:r>
              <w:rPr>
                <w:sz w:val="17"/>
              </w:rPr>
              <w:t>clemson.edu address and that required affiliation fields are complete.</w:t>
            </w:r>
          </w:p>
        </w:tc>
      </w:tr>
    </w:tbl>
    <w:p w14:paraId="05BA309F" w14:textId="77777777" w:rsidR="008F176D" w:rsidRDefault="008F176D">
      <w:pPr>
        <w:spacing w:after="40" w:line="252" w:lineRule="auto"/>
      </w:pPr>
    </w:p>
    <w:tbl>
      <w:tblPr>
        <w:tblW w:w="0" w:type="auto"/>
        <w:jc w:val="center"/>
        <w:tblLayout w:type="fixed"/>
        <w:tblLook w:val="04A0" w:firstRow="1" w:lastRow="0" w:firstColumn="1" w:lastColumn="0" w:noHBand="0" w:noVBand="1"/>
      </w:tblPr>
      <w:tblGrid>
        <w:gridCol w:w="5256"/>
        <w:gridCol w:w="5256"/>
      </w:tblGrid>
      <w:tr w:rsidR="008F176D" w14:paraId="76369A97"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52E7EC72" w14:textId="77777777" w:rsidR="008F176D" w:rsidRDefault="0010775A">
            <w:pPr>
              <w:spacing w:after="0" w:line="252" w:lineRule="auto"/>
              <w:jc w:val="center"/>
            </w:pPr>
            <w:r>
              <w:rPr>
                <w:b/>
                <w:color w:val="FFFFFF"/>
                <w:sz w:val="34"/>
              </w:rPr>
              <w:t>7</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2666C375" w14:textId="77777777" w:rsidR="008F176D" w:rsidRDefault="0010775A">
            <w:pPr>
              <w:spacing w:after="20" w:line="252" w:lineRule="auto"/>
            </w:pPr>
            <w:r>
              <w:rPr>
                <w:b/>
                <w:color w:val="522D80"/>
                <w:sz w:val="22"/>
              </w:rPr>
              <w:t>Confirm your records</w:t>
            </w:r>
          </w:p>
          <w:p w14:paraId="4F652483" w14:textId="77777777" w:rsidR="008F176D" w:rsidRDefault="0010775A">
            <w:pPr>
              <w:spacing w:after="0" w:line="259" w:lineRule="auto"/>
            </w:pPr>
            <w:r>
              <w:rPr>
                <w:sz w:val="19"/>
              </w:rPr>
              <w:t>Open “My Records” and confirm that your previous completion reports are visible. Under “My Courses,” confirm that Clemson University appears as an institutional affiliation.</w:t>
            </w:r>
          </w:p>
        </w:tc>
      </w:tr>
    </w:tbl>
    <w:p w14:paraId="27D58D5D" w14:textId="77777777" w:rsidR="008F176D" w:rsidRDefault="008F176D">
      <w:pPr>
        <w:spacing w:after="40" w:line="252" w:lineRule="auto"/>
      </w:pPr>
    </w:p>
    <w:tbl>
      <w:tblPr>
        <w:tblW w:w="0" w:type="auto"/>
        <w:jc w:val="center"/>
        <w:tblLayout w:type="fixed"/>
        <w:tblLook w:val="04A0" w:firstRow="1" w:lastRow="0" w:firstColumn="1" w:lastColumn="0" w:noHBand="0" w:noVBand="1"/>
      </w:tblPr>
      <w:tblGrid>
        <w:gridCol w:w="5256"/>
        <w:gridCol w:w="5256"/>
      </w:tblGrid>
      <w:tr w:rsidR="008F176D" w14:paraId="70C8C71A" w14:textId="77777777">
        <w:trPr>
          <w:cantSplit/>
          <w:jc w:val="center"/>
        </w:trPr>
        <w:tc>
          <w:tcPr>
            <w:tcW w:w="5256" w:type="dxa"/>
            <w:tcBorders>
              <w:top w:val="single" w:sz="8" w:space="0" w:color="D5D5D5"/>
              <w:left w:val="single" w:sz="8" w:space="0" w:color="D5D5D5"/>
              <w:bottom w:val="single" w:sz="8" w:space="0" w:color="D5D5D5"/>
              <w:right w:val="single" w:sz="8" w:space="0" w:color="D5D5D5"/>
            </w:tcBorders>
            <w:shd w:val="clear" w:color="auto" w:fill="F56600"/>
            <w:tcMar>
              <w:top w:w="105" w:type="dxa"/>
              <w:left w:w="125" w:type="dxa"/>
              <w:bottom w:w="105" w:type="dxa"/>
              <w:right w:w="125" w:type="dxa"/>
            </w:tcMar>
            <w:vAlign w:val="center"/>
          </w:tcPr>
          <w:p w14:paraId="469D0206" w14:textId="77777777" w:rsidR="008F176D" w:rsidRDefault="0010775A">
            <w:pPr>
              <w:spacing w:after="0" w:line="252" w:lineRule="auto"/>
              <w:jc w:val="center"/>
            </w:pPr>
            <w:r>
              <w:rPr>
                <w:b/>
                <w:color w:val="FFFFFF"/>
                <w:sz w:val="34"/>
              </w:rPr>
              <w:t>8</w:t>
            </w:r>
          </w:p>
        </w:tc>
        <w:tc>
          <w:tcPr>
            <w:tcW w:w="5256" w:type="dxa"/>
            <w:tcBorders>
              <w:top w:val="single" w:sz="8" w:space="0" w:color="D5D5D5"/>
              <w:left w:val="single" w:sz="8" w:space="0" w:color="D5D5D5"/>
              <w:bottom w:val="single" w:sz="8" w:space="0" w:color="D5D5D5"/>
              <w:right w:val="single" w:sz="8" w:space="0" w:color="D5D5D5"/>
            </w:tcBorders>
            <w:shd w:val="clear" w:color="auto" w:fill="FFFFFF"/>
            <w:tcMar>
              <w:top w:w="105" w:type="dxa"/>
              <w:left w:w="125" w:type="dxa"/>
              <w:bottom w:w="105" w:type="dxa"/>
              <w:right w:w="125" w:type="dxa"/>
            </w:tcMar>
            <w:vAlign w:val="center"/>
          </w:tcPr>
          <w:p w14:paraId="106386D6" w14:textId="77777777" w:rsidR="008F176D" w:rsidRDefault="0010775A">
            <w:pPr>
              <w:spacing w:after="20" w:line="252" w:lineRule="auto"/>
            </w:pPr>
            <w:r>
              <w:rPr>
                <w:b/>
                <w:color w:val="522D80"/>
                <w:sz w:val="22"/>
              </w:rPr>
              <w:t>Use Clemson SSO for future sign-ins</w:t>
            </w:r>
          </w:p>
          <w:p w14:paraId="55386D5F" w14:textId="77777777" w:rsidR="008F176D" w:rsidRDefault="0010775A">
            <w:pPr>
              <w:spacing w:after="0" w:line="259" w:lineRule="auto"/>
            </w:pPr>
            <w:r>
              <w:rPr>
                <w:sz w:val="19"/>
              </w:rPr>
              <w:t xml:space="preserve">For future access, use “Log </w:t>
            </w:r>
            <w:proofErr w:type="gramStart"/>
            <w:r>
              <w:rPr>
                <w:sz w:val="19"/>
              </w:rPr>
              <w:t>In</w:t>
            </w:r>
            <w:proofErr w:type="gramEnd"/>
            <w:r>
              <w:rPr>
                <w:sz w:val="19"/>
              </w:rPr>
              <w:t xml:space="preserve"> Through My Organization” and select Clemson University. You should not need the old CITI username and password after the account is linked.</w:t>
            </w:r>
          </w:p>
        </w:tc>
      </w:tr>
    </w:tbl>
    <w:p w14:paraId="618B185E" w14:textId="77777777" w:rsidR="008F176D" w:rsidRDefault="008F176D">
      <w:pPr>
        <w:spacing w:after="40" w:line="252" w:lineRule="auto"/>
      </w:pPr>
    </w:p>
    <w:p w14:paraId="3032CBF4" w14:textId="77777777" w:rsidR="008F176D" w:rsidRDefault="0010775A">
      <w:pPr>
        <w:keepNext/>
        <w:spacing w:before="120" w:after="60" w:line="240" w:lineRule="auto"/>
      </w:pPr>
      <w:r>
        <w:rPr>
          <w:b/>
          <w:color w:val="522D80"/>
          <w:sz w:val="26"/>
        </w:rPr>
        <w:t>Troubleshooting and support</w:t>
      </w:r>
    </w:p>
    <w:tbl>
      <w:tblPr>
        <w:tblW w:w="0" w:type="auto"/>
        <w:jc w:val="center"/>
        <w:tblLayout w:type="fixed"/>
        <w:tblLook w:val="04A0" w:firstRow="1" w:lastRow="0" w:firstColumn="1" w:lastColumn="0" w:noHBand="0" w:noVBand="1"/>
      </w:tblPr>
      <w:tblGrid>
        <w:gridCol w:w="5343"/>
        <w:gridCol w:w="5343"/>
      </w:tblGrid>
      <w:tr w:rsidR="008F176D" w14:paraId="5B058CDE" w14:textId="77777777" w:rsidTr="00A42A14">
        <w:trPr>
          <w:cantSplit/>
          <w:trHeight w:val="323"/>
          <w:jc w:val="center"/>
        </w:trPr>
        <w:tc>
          <w:tcPr>
            <w:tcW w:w="5343" w:type="dxa"/>
            <w:tcBorders>
              <w:top w:val="single" w:sz="6" w:space="0" w:color="D5D5D5"/>
              <w:left w:val="single" w:sz="6" w:space="0" w:color="D5D5D5"/>
              <w:bottom w:val="single" w:sz="6" w:space="0" w:color="D5D5D5"/>
              <w:right w:val="single" w:sz="6" w:space="0" w:color="D5D5D5"/>
            </w:tcBorders>
            <w:shd w:val="clear" w:color="auto" w:fill="EEE8F3"/>
            <w:tcMar>
              <w:top w:w="85" w:type="dxa"/>
              <w:left w:w="100" w:type="dxa"/>
              <w:bottom w:w="85" w:type="dxa"/>
              <w:right w:w="100" w:type="dxa"/>
            </w:tcMar>
            <w:vAlign w:val="center"/>
          </w:tcPr>
          <w:p w14:paraId="27C72882" w14:textId="77777777" w:rsidR="008F176D" w:rsidRDefault="0010775A">
            <w:pPr>
              <w:spacing w:after="0" w:line="252" w:lineRule="auto"/>
            </w:pPr>
            <w:r>
              <w:rPr>
                <w:b/>
                <w:color w:val="522D80"/>
                <w:sz w:val="17"/>
              </w:rPr>
              <w:t>Forgot old CITI credentials</w:t>
            </w:r>
          </w:p>
        </w:tc>
        <w:tc>
          <w:tcPr>
            <w:tcW w:w="5343" w:type="dxa"/>
            <w:tcBorders>
              <w:top w:val="single" w:sz="6" w:space="0" w:color="D5D5D5"/>
              <w:left w:val="single" w:sz="6" w:space="0" w:color="D5D5D5"/>
              <w:bottom w:val="single" w:sz="6" w:space="0" w:color="D5D5D5"/>
              <w:right w:val="single" w:sz="6" w:space="0" w:color="D5D5D5"/>
            </w:tcBorders>
            <w:tcMar>
              <w:top w:w="85" w:type="dxa"/>
              <w:left w:w="100" w:type="dxa"/>
              <w:bottom w:w="85" w:type="dxa"/>
              <w:right w:w="100" w:type="dxa"/>
            </w:tcMar>
            <w:vAlign w:val="center"/>
          </w:tcPr>
          <w:p w14:paraId="1E69C70A" w14:textId="77777777" w:rsidR="008F176D" w:rsidRDefault="0010775A">
            <w:pPr>
              <w:spacing w:after="0" w:line="252" w:lineRule="auto"/>
            </w:pPr>
            <w:r>
              <w:rPr>
                <w:sz w:val="17"/>
              </w:rPr>
              <w:t>Use the “Forgot Username” or “Forgot Password” links on the CITI login page before attempting the account link.</w:t>
            </w:r>
          </w:p>
        </w:tc>
      </w:tr>
      <w:tr w:rsidR="008F176D" w14:paraId="329C4A3E" w14:textId="77777777" w:rsidTr="00A42A14">
        <w:trPr>
          <w:cantSplit/>
          <w:trHeight w:val="323"/>
          <w:jc w:val="center"/>
        </w:trPr>
        <w:tc>
          <w:tcPr>
            <w:tcW w:w="5343" w:type="dxa"/>
            <w:tcBorders>
              <w:top w:val="single" w:sz="6" w:space="0" w:color="D5D5D5"/>
              <w:left w:val="single" w:sz="6" w:space="0" w:color="D5D5D5"/>
              <w:bottom w:val="single" w:sz="6" w:space="0" w:color="D5D5D5"/>
              <w:right w:val="single" w:sz="6" w:space="0" w:color="D5D5D5"/>
            </w:tcBorders>
            <w:shd w:val="clear" w:color="auto" w:fill="EEE8F3"/>
            <w:tcMar>
              <w:top w:w="85" w:type="dxa"/>
              <w:left w:w="100" w:type="dxa"/>
              <w:bottom w:w="85" w:type="dxa"/>
              <w:right w:w="100" w:type="dxa"/>
            </w:tcMar>
            <w:vAlign w:val="center"/>
          </w:tcPr>
          <w:p w14:paraId="7EFA105D" w14:textId="77777777" w:rsidR="008F176D" w:rsidRDefault="0010775A">
            <w:pPr>
              <w:spacing w:after="0" w:line="252" w:lineRule="auto"/>
            </w:pPr>
            <w:r>
              <w:rPr>
                <w:b/>
                <w:color w:val="522D80"/>
                <w:sz w:val="17"/>
              </w:rPr>
              <w:t>No linking prompt or prior training is missing</w:t>
            </w:r>
          </w:p>
        </w:tc>
        <w:tc>
          <w:tcPr>
            <w:tcW w:w="5343" w:type="dxa"/>
            <w:tcBorders>
              <w:top w:val="single" w:sz="6" w:space="0" w:color="D5D5D5"/>
              <w:left w:val="single" w:sz="6" w:space="0" w:color="D5D5D5"/>
              <w:bottom w:val="single" w:sz="6" w:space="0" w:color="D5D5D5"/>
              <w:right w:val="single" w:sz="6" w:space="0" w:color="D5D5D5"/>
            </w:tcBorders>
            <w:tcMar>
              <w:top w:w="85" w:type="dxa"/>
              <w:left w:w="100" w:type="dxa"/>
              <w:bottom w:w="85" w:type="dxa"/>
              <w:right w:w="100" w:type="dxa"/>
            </w:tcMar>
            <w:vAlign w:val="center"/>
          </w:tcPr>
          <w:p w14:paraId="5A52B951" w14:textId="77777777" w:rsidR="008F176D" w:rsidRDefault="0010775A">
            <w:pPr>
              <w:spacing w:after="0" w:line="252" w:lineRule="auto"/>
            </w:pPr>
            <w:r>
              <w:rPr>
                <w:sz w:val="17"/>
              </w:rPr>
              <w:t>Do not create another account. You may have duplicate CITI accounts. Contact CITI Support and request an account merge.</w:t>
            </w:r>
          </w:p>
        </w:tc>
      </w:tr>
      <w:tr w:rsidR="008F176D" w14:paraId="17EF97D1" w14:textId="77777777" w:rsidTr="00A42A14">
        <w:trPr>
          <w:cantSplit/>
          <w:trHeight w:val="157"/>
          <w:jc w:val="center"/>
        </w:trPr>
        <w:tc>
          <w:tcPr>
            <w:tcW w:w="5343" w:type="dxa"/>
            <w:tcBorders>
              <w:top w:val="single" w:sz="6" w:space="0" w:color="D5D5D5"/>
              <w:left w:val="single" w:sz="6" w:space="0" w:color="D5D5D5"/>
              <w:bottom w:val="single" w:sz="6" w:space="0" w:color="D5D5D5"/>
              <w:right w:val="single" w:sz="6" w:space="0" w:color="D5D5D5"/>
            </w:tcBorders>
            <w:shd w:val="clear" w:color="auto" w:fill="EEE8F3"/>
            <w:tcMar>
              <w:top w:w="85" w:type="dxa"/>
              <w:left w:w="100" w:type="dxa"/>
              <w:bottom w:w="85" w:type="dxa"/>
              <w:right w:w="100" w:type="dxa"/>
            </w:tcMar>
            <w:vAlign w:val="center"/>
          </w:tcPr>
          <w:p w14:paraId="30D902FE" w14:textId="77777777" w:rsidR="008F176D" w:rsidRDefault="0010775A">
            <w:pPr>
              <w:spacing w:after="0" w:line="252" w:lineRule="auto"/>
            </w:pPr>
            <w:r>
              <w:rPr>
                <w:b/>
                <w:color w:val="522D80"/>
                <w:sz w:val="17"/>
              </w:rPr>
              <w:t>Clemson SSO or Duo problem</w:t>
            </w:r>
          </w:p>
        </w:tc>
        <w:tc>
          <w:tcPr>
            <w:tcW w:w="5343" w:type="dxa"/>
            <w:tcBorders>
              <w:top w:val="single" w:sz="6" w:space="0" w:color="D5D5D5"/>
              <w:left w:val="single" w:sz="6" w:space="0" w:color="D5D5D5"/>
              <w:bottom w:val="single" w:sz="6" w:space="0" w:color="D5D5D5"/>
              <w:right w:val="single" w:sz="6" w:space="0" w:color="D5D5D5"/>
            </w:tcBorders>
            <w:tcMar>
              <w:top w:w="85" w:type="dxa"/>
              <w:left w:w="100" w:type="dxa"/>
              <w:bottom w:w="85" w:type="dxa"/>
              <w:right w:w="100" w:type="dxa"/>
            </w:tcMar>
            <w:vAlign w:val="center"/>
          </w:tcPr>
          <w:p w14:paraId="10549548" w14:textId="77777777" w:rsidR="008F176D" w:rsidRDefault="0010775A">
            <w:pPr>
              <w:spacing w:after="0" w:line="252" w:lineRule="auto"/>
            </w:pPr>
            <w:r>
              <w:rPr>
                <w:sz w:val="17"/>
              </w:rPr>
              <w:t>Contact Clemson Computing and Information Technology (CCIT).</w:t>
            </w:r>
          </w:p>
        </w:tc>
      </w:tr>
      <w:tr w:rsidR="008F176D" w14:paraId="2D2F6250" w14:textId="77777777" w:rsidTr="00A42A14">
        <w:trPr>
          <w:cantSplit/>
          <w:trHeight w:val="323"/>
          <w:jc w:val="center"/>
        </w:trPr>
        <w:tc>
          <w:tcPr>
            <w:tcW w:w="5343" w:type="dxa"/>
            <w:tcBorders>
              <w:top w:val="single" w:sz="6" w:space="0" w:color="D5D5D5"/>
              <w:left w:val="single" w:sz="6" w:space="0" w:color="D5D5D5"/>
              <w:bottom w:val="single" w:sz="6" w:space="0" w:color="D5D5D5"/>
              <w:right w:val="single" w:sz="6" w:space="0" w:color="D5D5D5"/>
            </w:tcBorders>
            <w:shd w:val="clear" w:color="auto" w:fill="EEE8F3"/>
            <w:tcMar>
              <w:top w:w="85" w:type="dxa"/>
              <w:left w:w="100" w:type="dxa"/>
              <w:bottom w:w="85" w:type="dxa"/>
              <w:right w:w="100" w:type="dxa"/>
            </w:tcMar>
            <w:vAlign w:val="center"/>
          </w:tcPr>
          <w:p w14:paraId="5D9FEA4A" w14:textId="77777777" w:rsidR="008F176D" w:rsidRDefault="0010775A">
            <w:pPr>
              <w:spacing w:after="0" w:line="252" w:lineRule="auto"/>
            </w:pPr>
            <w:r>
              <w:rPr>
                <w:b/>
                <w:color w:val="522D80"/>
                <w:sz w:val="17"/>
              </w:rPr>
              <w:t>Training is linked but not visible in InfoEd</w:t>
            </w:r>
          </w:p>
        </w:tc>
        <w:tc>
          <w:tcPr>
            <w:tcW w:w="5343" w:type="dxa"/>
            <w:tcBorders>
              <w:top w:val="single" w:sz="6" w:space="0" w:color="D5D5D5"/>
              <w:left w:val="single" w:sz="6" w:space="0" w:color="D5D5D5"/>
              <w:bottom w:val="single" w:sz="6" w:space="0" w:color="D5D5D5"/>
              <w:right w:val="single" w:sz="6" w:space="0" w:color="D5D5D5"/>
            </w:tcBorders>
            <w:tcMar>
              <w:top w:w="85" w:type="dxa"/>
              <w:left w:w="100" w:type="dxa"/>
              <w:bottom w:w="85" w:type="dxa"/>
              <w:right w:w="100" w:type="dxa"/>
            </w:tcMar>
            <w:vAlign w:val="center"/>
          </w:tcPr>
          <w:p w14:paraId="5AEC1004" w14:textId="77777777" w:rsidR="008F176D" w:rsidRDefault="0010775A">
            <w:pPr>
              <w:spacing w:after="0" w:line="252" w:lineRule="auto"/>
            </w:pPr>
            <w:r>
              <w:rPr>
                <w:sz w:val="17"/>
              </w:rPr>
              <w:t>Confirm your @clemson.edu email and Clemson affiliation in CITI, then contact Clemson ERA or the Office of Research Compliance.</w:t>
            </w:r>
          </w:p>
        </w:tc>
      </w:tr>
    </w:tbl>
    <w:p w14:paraId="0DDB7061" w14:textId="77777777" w:rsidR="008F176D" w:rsidRDefault="008F176D">
      <w:pPr>
        <w:spacing w:after="40" w:line="252" w:lineRule="auto"/>
      </w:pPr>
    </w:p>
    <w:tbl>
      <w:tblPr>
        <w:tblW w:w="0" w:type="auto"/>
        <w:jc w:val="center"/>
        <w:tblLook w:val="04A0" w:firstRow="1" w:lastRow="0" w:firstColumn="1" w:lastColumn="0" w:noHBand="0" w:noVBand="1"/>
      </w:tblPr>
      <w:tblGrid>
        <w:gridCol w:w="10492"/>
      </w:tblGrid>
      <w:tr w:rsidR="008F176D" w14:paraId="56F9B6B1" w14:textId="77777777">
        <w:trPr>
          <w:cantSplit/>
          <w:jc w:val="center"/>
        </w:trPr>
        <w:tc>
          <w:tcPr>
            <w:tcW w:w="10512" w:type="dxa"/>
            <w:tcBorders>
              <w:top w:val="single" w:sz="8" w:space="0" w:color="F56600"/>
              <w:left w:val="single" w:sz="8" w:space="0" w:color="F56600"/>
              <w:bottom w:val="single" w:sz="8" w:space="0" w:color="F56600"/>
              <w:right w:val="single" w:sz="8" w:space="0" w:color="F56600"/>
            </w:tcBorders>
            <w:shd w:val="clear" w:color="auto" w:fill="FDE9D6"/>
            <w:tcMar>
              <w:top w:w="90" w:type="dxa"/>
              <w:left w:w="120" w:type="dxa"/>
              <w:bottom w:w="90" w:type="dxa"/>
              <w:right w:w="120" w:type="dxa"/>
            </w:tcMar>
          </w:tcPr>
          <w:p w14:paraId="3673007F" w14:textId="77777777" w:rsidR="008F176D" w:rsidRDefault="0010775A">
            <w:pPr>
              <w:spacing w:after="40" w:line="252" w:lineRule="auto"/>
            </w:pPr>
            <w:r>
              <w:rPr>
                <w:b/>
                <w:color w:val="F56600"/>
                <w:sz w:val="17"/>
              </w:rPr>
              <w:t xml:space="preserve">When requesting a duplicate-account merge from CITI Support, provide: </w:t>
            </w:r>
            <w:r>
              <w:rPr>
                <w:sz w:val="17"/>
              </w:rPr>
              <w:t xml:space="preserve">your full name, Clemson University as your affiliation, the account linked to Clemson SSO (the account to keep), and the username(s) for any other account(s) to </w:t>
            </w:r>
            <w:proofErr w:type="gramStart"/>
            <w:r>
              <w:rPr>
                <w:sz w:val="17"/>
              </w:rPr>
              <w:t>merge</w:t>
            </w:r>
            <w:proofErr w:type="gramEnd"/>
            <w:r>
              <w:rPr>
                <w:sz w:val="17"/>
              </w:rPr>
              <w:t>.</w:t>
            </w:r>
          </w:p>
          <w:p w14:paraId="74E6D802" w14:textId="77777777" w:rsidR="008F176D" w:rsidRDefault="0010775A">
            <w:pPr>
              <w:spacing w:after="0" w:line="252" w:lineRule="auto"/>
            </w:pPr>
            <w:r>
              <w:rPr>
                <w:b/>
                <w:sz w:val="17"/>
              </w:rPr>
              <w:t xml:space="preserve">CITI Support: </w:t>
            </w:r>
            <w:hyperlink r:id="rId9">
              <w:r w:rsidR="008F176D">
                <w:rPr>
                  <w:color w:val="0B5EA8"/>
                  <w:sz w:val="17"/>
                  <w:u w:val="single"/>
                </w:rPr>
                <w:t>support.citiprogram.org</w:t>
              </w:r>
            </w:hyperlink>
            <w:r>
              <w:rPr>
                <w:sz w:val="17"/>
              </w:rPr>
              <w:t xml:space="preserve">  |  888-529-5929</w:t>
            </w:r>
          </w:p>
        </w:tc>
      </w:tr>
    </w:tbl>
    <w:p w14:paraId="44E288C8" w14:textId="77777777" w:rsidR="008F176D" w:rsidRDefault="0010775A">
      <w:pPr>
        <w:spacing w:before="80" w:after="0" w:line="252" w:lineRule="auto"/>
      </w:pPr>
      <w:r>
        <w:rPr>
          <w:i/>
          <w:color w:val="5A5A5A"/>
          <w:sz w:val="15"/>
        </w:rPr>
        <w:t>Note: CITI periodically updates its interface, so labels and screen placement may vary slightly.</w:t>
      </w:r>
    </w:p>
    <w:sectPr w:rsidR="008F176D" w:rsidSect="00034616">
      <w:headerReference w:type="default" r:id="rId10"/>
      <w:footerReference w:type="default" r:id="rId11"/>
      <w:pgSz w:w="12240" w:h="15840"/>
      <w:pgMar w:top="648" w:right="864" w:bottom="691" w:left="86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6904" w14:textId="77777777" w:rsidR="0010775A" w:rsidRDefault="0010775A">
      <w:pPr>
        <w:spacing w:after="0" w:line="240" w:lineRule="auto"/>
      </w:pPr>
      <w:r>
        <w:separator/>
      </w:r>
    </w:p>
  </w:endnote>
  <w:endnote w:type="continuationSeparator" w:id="0">
    <w:p w14:paraId="6C26B7FD" w14:textId="77777777" w:rsidR="0010775A" w:rsidRDefault="00107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FA57" w14:textId="77777777" w:rsidR="008F176D" w:rsidRDefault="008F176D">
    <w:pPr>
      <w:pStyle w:val="Footer"/>
    </w:pPr>
  </w:p>
  <w:tbl>
    <w:tblPr>
      <w:tblW w:w="0" w:type="auto"/>
      <w:jc w:val="center"/>
      <w:tblLayout w:type="fixed"/>
      <w:tblLook w:val="04A0" w:firstRow="1" w:lastRow="0" w:firstColumn="1" w:lastColumn="0" w:noHBand="0" w:noVBand="1"/>
    </w:tblPr>
    <w:tblGrid>
      <w:gridCol w:w="5256"/>
      <w:gridCol w:w="5256"/>
    </w:tblGrid>
    <w:tr w:rsidR="008F176D" w14:paraId="2D7653DB" w14:textId="77777777">
      <w:trPr>
        <w:jc w:val="center"/>
      </w:trPr>
      <w:tc>
        <w:tcPr>
          <w:tcW w:w="5256" w:type="dxa"/>
          <w:tcBorders>
            <w:top w:val="single" w:sz="8" w:space="0" w:color="D5D5D5"/>
            <w:left w:val="nil"/>
            <w:bottom w:val="nil"/>
            <w:right w:val="nil"/>
          </w:tcBorders>
          <w:tcMar>
            <w:top w:w="45" w:type="dxa"/>
            <w:left w:w="40" w:type="dxa"/>
            <w:bottom w:w="20" w:type="dxa"/>
            <w:right w:w="40" w:type="dxa"/>
          </w:tcMar>
        </w:tcPr>
        <w:p w14:paraId="3D399F31" w14:textId="77777777" w:rsidR="008F176D" w:rsidRDefault="0010775A">
          <w:pPr>
            <w:spacing w:after="0" w:line="252" w:lineRule="auto"/>
          </w:pPr>
          <w:r>
            <w:rPr>
              <w:color w:val="5A5A5A"/>
              <w:sz w:val="15"/>
            </w:rPr>
            <w:t>Electronic Research Administration | Office of Research Compliance</w:t>
          </w:r>
        </w:p>
      </w:tc>
      <w:tc>
        <w:tcPr>
          <w:tcW w:w="5256" w:type="dxa"/>
          <w:tcBorders>
            <w:top w:val="single" w:sz="8" w:space="0" w:color="D5D5D5"/>
            <w:left w:val="nil"/>
            <w:bottom w:val="nil"/>
            <w:right w:val="nil"/>
          </w:tcBorders>
          <w:tcMar>
            <w:top w:w="45" w:type="dxa"/>
            <w:left w:w="40" w:type="dxa"/>
            <w:bottom w:w="20" w:type="dxa"/>
            <w:right w:w="40" w:type="dxa"/>
          </w:tcMar>
        </w:tcPr>
        <w:p w14:paraId="669CEE7E" w14:textId="77777777" w:rsidR="008F176D" w:rsidRDefault="0010775A">
          <w:pPr>
            <w:spacing w:after="0" w:line="252" w:lineRule="auto"/>
            <w:jc w:val="right"/>
          </w:pPr>
          <w:r>
            <w:rPr>
              <w:color w:val="5A5A5A"/>
              <w:sz w:val="17"/>
            </w:rPr>
            <w:t xml:space="preserve">Page </w:t>
          </w:r>
          <w:r>
            <w:rPr>
              <w:color w:val="5A5A5A"/>
              <w:sz w:val="17"/>
            </w:rPr>
            <w:fldChar w:fldCharType="begin"/>
          </w:r>
          <w:r>
            <w:rPr>
              <w:color w:val="5A5A5A"/>
              <w:sz w:val="17"/>
            </w:rPr>
            <w:instrText xml:space="preserve"> PAGE </w:instrText>
          </w:r>
          <w:r>
            <w:rPr>
              <w:color w:val="5A5A5A"/>
              <w:sz w:val="17"/>
            </w:rPr>
            <w:fldChar w:fldCharType="separate"/>
          </w:r>
          <w:r w:rsidR="00F933ED">
            <w:rPr>
              <w:noProof/>
              <w:color w:val="5A5A5A"/>
              <w:sz w:val="17"/>
            </w:rPr>
            <w:t>1</w:t>
          </w:r>
          <w:r>
            <w:rPr>
              <w:color w:val="5A5A5A"/>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1DBD" w14:textId="77777777" w:rsidR="0010775A" w:rsidRDefault="0010775A">
      <w:pPr>
        <w:spacing w:after="0" w:line="240" w:lineRule="auto"/>
      </w:pPr>
      <w:r>
        <w:separator/>
      </w:r>
    </w:p>
  </w:footnote>
  <w:footnote w:type="continuationSeparator" w:id="0">
    <w:p w14:paraId="619BFD2D" w14:textId="77777777" w:rsidR="0010775A" w:rsidRDefault="00107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DBBE" w14:textId="77777777" w:rsidR="008F176D" w:rsidRDefault="008F176D">
    <w:pPr>
      <w:pStyle w:val="Header"/>
    </w:pPr>
  </w:p>
  <w:tbl>
    <w:tblPr>
      <w:tblW w:w="0" w:type="auto"/>
      <w:jc w:val="center"/>
      <w:tblLayout w:type="fixed"/>
      <w:tblLook w:val="04A0" w:firstRow="1" w:lastRow="0" w:firstColumn="1" w:lastColumn="0" w:noHBand="0" w:noVBand="1"/>
    </w:tblPr>
    <w:tblGrid>
      <w:gridCol w:w="5256"/>
      <w:gridCol w:w="5256"/>
    </w:tblGrid>
    <w:tr w:rsidR="008F176D" w14:paraId="331BF9AA" w14:textId="77777777">
      <w:trPr>
        <w:jc w:val="center"/>
      </w:trPr>
      <w:tc>
        <w:tcPr>
          <w:tcW w:w="5256" w:type="dxa"/>
          <w:tcBorders>
            <w:top w:val="nil"/>
            <w:left w:val="nil"/>
            <w:bottom w:val="nil"/>
            <w:right w:val="nil"/>
          </w:tcBorders>
          <w:shd w:val="clear" w:color="auto" w:fill="522D80"/>
          <w:tcMar>
            <w:top w:w="65" w:type="dxa"/>
            <w:left w:w="105" w:type="dxa"/>
            <w:bottom w:w="65" w:type="dxa"/>
            <w:right w:w="105" w:type="dxa"/>
          </w:tcMar>
        </w:tcPr>
        <w:p w14:paraId="243C04A2" w14:textId="76E816B2" w:rsidR="008F176D" w:rsidRDefault="0010775A">
          <w:pPr>
            <w:spacing w:after="0" w:line="252" w:lineRule="auto"/>
          </w:pPr>
          <w:r>
            <w:rPr>
              <w:b/>
              <w:color w:val="FFFFFF"/>
              <w:sz w:val="17"/>
            </w:rPr>
            <w:t>CLEMSON UNIVERSITY | DIVISION OF RESEARCH</w:t>
          </w:r>
        </w:p>
      </w:tc>
      <w:tc>
        <w:tcPr>
          <w:tcW w:w="5256" w:type="dxa"/>
          <w:tcBorders>
            <w:top w:val="nil"/>
            <w:left w:val="nil"/>
            <w:bottom w:val="nil"/>
            <w:right w:val="nil"/>
          </w:tcBorders>
          <w:shd w:val="clear" w:color="auto" w:fill="522D80"/>
          <w:tcMar>
            <w:top w:w="65" w:type="dxa"/>
            <w:left w:w="105" w:type="dxa"/>
            <w:bottom w:w="65" w:type="dxa"/>
            <w:right w:w="105" w:type="dxa"/>
          </w:tcMar>
        </w:tcPr>
        <w:p w14:paraId="2D8A70F4" w14:textId="77777777" w:rsidR="008F176D" w:rsidRDefault="0010775A">
          <w:pPr>
            <w:spacing w:after="0" w:line="252" w:lineRule="auto"/>
            <w:jc w:val="right"/>
          </w:pPr>
          <w:r>
            <w:rPr>
              <w:b/>
              <w:color w:val="FFFFFF"/>
              <w:sz w:val="17"/>
            </w:rPr>
            <w:t>QUICK REFERENCE GUIDE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5475211">
    <w:abstractNumId w:val="8"/>
  </w:num>
  <w:num w:numId="2" w16cid:durableId="1223709612">
    <w:abstractNumId w:val="6"/>
  </w:num>
  <w:num w:numId="3" w16cid:durableId="521358354">
    <w:abstractNumId w:val="5"/>
  </w:num>
  <w:num w:numId="4" w16cid:durableId="1192887869">
    <w:abstractNumId w:val="4"/>
  </w:num>
  <w:num w:numId="5" w16cid:durableId="163790743">
    <w:abstractNumId w:val="7"/>
  </w:num>
  <w:num w:numId="6" w16cid:durableId="1661621487">
    <w:abstractNumId w:val="3"/>
  </w:num>
  <w:num w:numId="7" w16cid:durableId="1347949639">
    <w:abstractNumId w:val="2"/>
  </w:num>
  <w:num w:numId="8" w16cid:durableId="1053700637">
    <w:abstractNumId w:val="1"/>
  </w:num>
  <w:num w:numId="9" w16cid:durableId="149272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75A"/>
    <w:rsid w:val="0015074B"/>
    <w:rsid w:val="001D5D4D"/>
    <w:rsid w:val="0029639D"/>
    <w:rsid w:val="00326F90"/>
    <w:rsid w:val="006D0D9E"/>
    <w:rsid w:val="008F176D"/>
    <w:rsid w:val="008F4310"/>
    <w:rsid w:val="00A42A14"/>
    <w:rsid w:val="00AA1D8D"/>
    <w:rsid w:val="00B47730"/>
    <w:rsid w:val="00CB0664"/>
    <w:rsid w:val="00F73512"/>
    <w:rsid w:val="00F933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97281"/>
  <w14:defaultImageDpi w14:val="300"/>
  <w15:docId w15:val="{E27FA3B8-ECF2-4C05-B6E7-A7C774E0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E2E2E"/>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program.org/log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pport.citiprogr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 Single Sign-On (SSO): Link Your Existing Account</dc:title>
  <dc:subject>Clemson University CITI SSO account linking quick reference guide</dc:subject>
  <dc:creator>Clemson University Division of Research - Electronic Research Administration</dc:creator>
  <cp:keywords>Clemson, CITI, SSO, InfoEd, account link, training</cp:keywords>
  <dc:description>generated by python-docx</dc:description>
  <cp:lastModifiedBy>Robin Tyndall</cp:lastModifiedBy>
  <cp:revision>2</cp:revision>
  <dcterms:created xsi:type="dcterms:W3CDTF">2026-08-07T15:17:00Z</dcterms:created>
  <dcterms:modified xsi:type="dcterms:W3CDTF">2026-08-07T15:17:00Z</dcterms:modified>
  <cp:category/>
</cp:coreProperties>
</file>